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B98E3A"/>
          <w:bottom w:val="single" w:sz="5" w:space="0" w:color="B98E3A"/>
          <w:left w:val="single" w:sz="5" w:space="0" w:color="B98E3A"/>
          <w:right w:val="single" w:sz="5" w:space="0" w:color="B98E3A"/>
          <w:insideH w:val="single" w:sz="5" w:space="0" w:color="B98E3A"/>
          <w:insideV w:val="single" w:sz="5" w:space="0" w:color="B98E3A"/>
        </w:tblBorders>
      </w:tblPr>
      <w:tblGrid>
        <w:gridCol w:w="5234"/>
        <w:gridCol w:w="5234"/>
      </w:tblGrid>
      <w:tr>
        <w:tc>
          <w:tcPr>
            <w:tcW w:type="dxa" w:w="8309"/>
            <w:shd w:fill="FAF6F0"/>
            <w:tcMar>
              <w:top w:w="90" w:type="dxa"/>
              <w:bottom w:w="90" w:type="dxa"/>
              <w:left w:w="12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Arial" w:hAnsi="Arial"/>
                <w:b/>
                <w:color w:val="580514"/>
                <w:sz w:val="32"/>
              </w:rPr>
              <w:t>WEDDING PULAO™ (वेडिंग पुलाव)</w:t>
            </w:r>
          </w:p>
          <w:p>
            <w:pPr>
              <w:spacing w:before="0" w:after="60"/>
            </w:pPr>
            <w:r>
              <w:rPr>
                <w:rFonts w:ascii="Arial" w:hAnsi="Arial"/>
                <w:b/>
                <w:color w:val="A57319"/>
                <w:sz w:val="20"/>
              </w:rPr>
              <w:t>अधिकृत वैवाहिक ऑफ़लाइन पंजीकरण प्रपत्र  |  OFFLINE REGISTRATION FORM</w:t>
            </w:r>
          </w:p>
          <w:p>
            <w:pPr>
              <w:spacing w:before="20" w:after="0" w:line="260" w:lineRule="exact"/>
            </w:pPr>
            <w:r>
              <w:rPr>
                <w:rFonts w:ascii="Arial" w:hAnsi="Arial"/>
                <w:color w:val="191919"/>
                <w:sz w:val="17"/>
              </w:rPr>
              <w:t>पंजीयन संख्या (Reg. No.): ___________________   दिनांक (Date): ____/____/202___</w:t>
              <w:br/>
              <w:t>योजना (Membership Plan):  [  ] Free (निःशुल्क)   [  ] Silver Plus (सिल्वर)   [  ] Gold VIP (गोल्ड)</w:t>
              <w:br/>
              <w:t>कार्यालय शाखा (Branch): ___________________   कार्यकारी (Executive): ___________________</w:t>
            </w:r>
          </w:p>
        </w:tc>
        <w:tc>
          <w:tcPr>
            <w:tcW w:type="dxa" w:w="2160"/>
            <w:shd w:fill="FFFFFF"/>
            <w:tcMar>
              <w:top w:w="70" w:type="dxa"/>
              <w:bottom w:w="70" w:type="dxa"/>
              <w:left w:w="60" w:type="dxa"/>
              <w:right w:w="60" w:type="dxa"/>
            </w:tcMar>
          </w:tcPr>
          <w:p>
            <w:pPr>
              <w:spacing w:before="240" w:after="0"/>
              <w:jc w:val="center"/>
            </w:pPr>
            <w:r>
              <w:rPr>
                <w:rFonts w:ascii="Arial" w:hAnsi="Arial"/>
                <w:color w:val="737373"/>
                <w:sz w:val="16"/>
              </w:rPr>
              <w:t>वर / वधू की</w:t>
              <w:br/>
              <w:t>नवीनतम पासपोर्ट</w:t>
              <w:br/>
              <w:t>फ़ोटो चिपकाएँ</w:t>
              <w:br/>
              <w:br/>
              <w:t>(Affix Recent</w:t>
              <w:br/>
              <w:t>Passport Photo)</w:t>
            </w:r>
          </w:p>
        </w:tc>
      </w:tr>
    </w:tbl>
    <w:p>
      <w:pPr>
        <w:spacing w:before="6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69"/>
      </w:tblGrid>
      <w:tr>
        <w:tc>
          <w:tcPr>
            <w:tcW w:type="dxa" w:w="10469"/>
            <w:shd w:fill="5805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FFEBB4"/>
                <w:sz w:val="19"/>
              </w:rPr>
              <w:t>भाग 1: उम्मीदवार का व्यक्तिगत, शारीरिक, शैक्षिक, व्यावसायिक व निवास विवरण (PERSONAL DETAILS)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98E3A"/>
          <w:bottom w:val="single" w:sz="4" w:space="0" w:color="B98E3A"/>
          <w:left w:val="single" w:sz="4" w:space="0" w:color="B98E3A"/>
          <w:right w:val="single" w:sz="4" w:space="0" w:color="B98E3A"/>
          <w:insideH w:val="single" w:sz="4" w:space="0" w:color="B98E3A"/>
          <w:insideV w:val="single" w:sz="4" w:space="0" w:color="B98E3A"/>
        </w:tblBorders>
      </w:tblPr>
      <w:tblGrid>
        <w:gridCol w:w="5234"/>
        <w:gridCol w:w="5234"/>
      </w:tblGrid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1. पंजीकरणकर्ता</w:t>
              <w:br/>
              <w:t>(Registrant)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नाम (Name): ____________________________________   रिश्ता:  [  ] स्वयं (Self)   [  ] पुत्र (Son)   [  ] पुत्री (Daughter)   [  ] भाई   [  ] बहन   [  ] अन्य</w:t>
              <w:br/>
              <w:t>जीवनसाथी खोज रहे हैं (Looking For):  [  ] Bride / वधू (कन्या/दुल्हन)     [  ] Groom / वर (लड़का/दूल्हा)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2. वर/वधू नाम</w:t>
              <w:br/>
              <w:t>(Candidate)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उम्मीदवार का पूरा नाम (Candidate Full Name): _______________________________________________________________</w:t>
              <w:br/>
              <w:t>लिंग (Gender):  [  ] पुरुष (Male)    [  ] महिला (Female)          उपनाम / पुकारू नाम (Nick Name): 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3. जन्म विवरण</w:t>
              <w:br/>
              <w:t>(Birth Info)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जन्म तिथि (DOB): दिन: [ _____ ]  माह: [ _____ ]  वर्ष: [ _________ ]    आयु (Age): ______ वर्ष</w:t>
              <w:br/>
              <w:t>जन्म समय (Birth Time): [ _____ : _____ ]  [  ] पूर्वाह्न (AM)   [  ] अपराह्न (PM)     (उदा. 10:30 AM)</w:t>
              <w:br/>
              <w:t>जन्म स्थान (Place of Birth - शहर व राज्य): 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4. वैवाहिक स्थिति</w:t>
              <w:br/>
              <w:t>(Marital Status)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[  ] Never Married (अविवाहित)      [  ] Divorced (तलाकशुदा)      [  ] Widowed (विधवा/विधुर)      [  ] Awaiting Divorce (प्रक्रियाधीन)</w:t>
              <w:br/>
              <w:t>यदि पूर्व विवाह से बच्चे हैं (Children, if any):  [  ] 0     [  ] 1     [  ] 2+     (साथ रहते हैं:  [  ] हाँ     [  ] नहीं)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5. कद व स्वास्थ्य</w:t>
              <w:br/>
              <w:t>(Physical Traits)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कद / ऊँचाई (Height): [ _____ ] फीट [ _____ ] इंच  ( ______ सेमी)       रक्त समूह (Blood Group): [  ] A+  [  ] B+  [  ] O+  [  ] AB+  [  ] Rh-</w:t>
              <w:br/>
              <w:t>शारीरिक बनावट (Body Type):  [  ] दुबला-पतला (Slim)    [  ] सामान्य (Average)    [  ] सुगठित (Athletic)    [  ] भारी (Heavy)</w:t>
              <w:br/>
              <w:t>रंग-रूप (Complexion):  [  ] अत्यंत गोरा (Very Fair)    [  ] गोरा (Fair)    [  ] गेहुंआ (Wheatish)    [  ] सांवला (Wheatish Brown)</w:t>
              <w:br/>
              <w:t>दिव्यांगता / विशेष चुनौती (Physical Disability):  [  ] नहीं (No)    [  ] हाँ (Yes: _________________________________________)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6. शिक्षा व कॉलेज</w:t>
              <w:br/>
              <w:t>(Education)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उच्चतम योग्यता:  [  ] 10th / 12th    [  ] स्नातक (Graduate - B.A / B.Sc / B.Com / BCA / BBA)    [  ] B.Tech / B.E (Engineering)</w:t>
              <w:br/>
              <w:t>[  ] परास्नातक (Post Graduate - M.A / M.Sc / M.Com / MCA)    [  ] MBA / PGDM    [  ] Medical (MBBS / MD / BDS)</w:t>
              <w:br/>
              <w:t>[  ] CA / CS / ICWA / CFA    [  ] विधि / Law (LLB / LLM)    [  ] Ph.D / Doctorate    [  ] अन्य (Other): ___________________</w:t>
              <w:br/>
              <w:t>कॉलेज / विश्वविद्यालय का नाम (College / University): 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7. पेशा व पद</w:t>
              <w:br/>
              <w:t>(Career &amp; Job)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कार्य क्षेत्र (Sector):  [  ] सरकारी सेवा (Govt / PSU)    [  ] निजी क्षेत्र (Corporate)    [  ] व्यवसाय / उद्योग (Business)</w:t>
              <w:br/>
              <w:t>[  ] स्व-रोजगार / पेशेवर (Doctor/CA/Lawyer)    [  ] रक्षा सेवा / पुलिस (Defence)    [  ] गैर-कार्यरत (Not Employed)</w:t>
              <w:br/>
              <w:t>पद / पदनाम (Designation): _____________________________  कंपनी / विभाग (Company): _____________________________</w:t>
              <w:br/>
              <w:t>कार्यस्थल शहर व राज्य (Work Location - City &amp; State): _________________________________________________________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8. व्यक्तिगत आय</w:t>
              <w:br/>
              <w:t>(Annual Income)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[  ] कोई आय नहीं (No Income)     [  ] ₹1 - ₹3 लाख प्रति वर्ष         [  ] ₹3 - ₹5 लाख प्रति वर्ष         [  ] ₹5 - ₹7.5 लाख प्रति वर्ष</w:t>
              <w:br/>
              <w:t>[  ] ₹7.5 - ₹10 लाख प्रति वर्ष        [  ] ₹10 - ₹15 लाख प्रति वर्ष       [  ] ₹15 - ₹25 लाख प्रति वर्ष       [  ] ₹25 - ₹50 लाख प्रति वर्ष</w:t>
              <w:br/>
              <w:t>[  ] ₹50 लाख से अधिक (Above ₹50 Lakh Annual Income)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9. धर्म व भाषा</w:t>
              <w:br/>
              <w:t>(Faith &amp; Language)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धर्म (Religion):  [  ] हिन्दू (Hindu)    [  ] मुस्लिम    [  ] सिख    [  ] जैन    [  ] ईसाई    [  ] बौद्ध    [  ] अन्य: _______________</w:t>
              <w:br/>
              <w:t>मातृभाषा (Mother Tongue):  [  ] हिन्दी    [  ] भोजपुरी    [  ] मैथिली    [  ] मगही    [  ] अंगिका    [  ] अन्य: _______________</w:t>
              <w:br/>
              <w:t>अन्य ज्ञात भाषाएँ (Other Languages Known):  [  ] अंग्रेजी (English)    [  ] बंगाली    [  ] अन्य: 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10. मूल निवास</w:t>
              <w:br/>
              <w:t>(Native Place)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ग्राम / कस्बा / वार्ड (Village / Town): _____________________________________________________________________</w:t>
              <w:br/>
              <w:t>पोस्ट ऑफिस (Post): _____________________   थाना (Police Station): _____________________   पिन (Pin): _________</w:t>
              <w:br/>
              <w:t>जिला (District): _____________________   राज्य (State): _____________________   देश (Country): 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105" w:type="dxa"/>
              <w:bottom w:w="10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11. वर्तमान पता</w:t>
              <w:br/>
              <w:t>(Current Address)</w:t>
            </w:r>
          </w:p>
        </w:tc>
        <w:tc>
          <w:tcPr>
            <w:tcW w:type="dxa" w:w="8309"/>
            <w:tcMar>
              <w:top w:w="105" w:type="dxa"/>
              <w:bottom w:w="10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मकान नं. / भवन / मोहल्ला (House No. / Street): _____________________________________________________________</w:t>
              <w:br/>
              <w:t>शहर (City): _____________________   जिला (District): _____________________   पिन कोड (Pin): _____________________</w:t>
              <w:br/>
              <w:t>राज्य (State): _____________________   देश (Country):  [  ] भारत (India)    [  ] विदेश (NRI: _____________________________)</w:t>
            </w:r>
          </w:p>
        </w:tc>
      </w:tr>
    </w:tbl>
    <w:p>
      <w:pPr>
        <w:spacing w:before="100" w:after="0"/>
        <w:jc w:val="right"/>
      </w:pPr>
      <w:r>
        <w:rPr>
          <w:rFonts w:ascii="Arial" w:hAnsi="Arial"/>
          <w:b/>
          <w:color w:val="A57319"/>
          <w:sz w:val="17"/>
        </w:rPr>
        <w:t>➠ (कृपया प्रपत्र के पीछे पृष्ठ 2 पर पारिवारिक, कुण्डली एवं संपर्क विवरण भरें  |  Please Turn Over for Page 2)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color w:val="580514"/>
          <w:sz w:val="19"/>
        </w:rPr>
        <w:t>WEDDING PULAO™  |  अधिकृत वैवाहिक ऑफ़लाइन पंजीकरण प्रपत्र (पृष्ठ 2 / 2)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69"/>
      </w:tblGrid>
      <w:tr>
        <w:tc>
          <w:tcPr>
            <w:tcW w:type="dxa" w:w="10469"/>
            <w:shd w:fill="5805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FFEBB4"/>
                <w:sz w:val="19"/>
              </w:rPr>
              <w:t>भाग 2: पारिवारिक, सामाजिक, ज्योतिषीय, जीवनशैली, अपेक्षाएँ व संपर्क विवरण (FAMILY &amp; PREFERENCES)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98E3A"/>
          <w:bottom w:val="single" w:sz="4" w:space="0" w:color="B98E3A"/>
          <w:left w:val="single" w:sz="4" w:space="0" w:color="B98E3A"/>
          <w:right w:val="single" w:sz="4" w:space="0" w:color="B98E3A"/>
          <w:insideH w:val="single" w:sz="4" w:space="0" w:color="B98E3A"/>
          <w:insideV w:val="single" w:sz="4" w:space="0" w:color="B98E3A"/>
        </w:tblBorders>
      </w:tblPr>
      <w:tblGrid>
        <w:gridCol w:w="5234"/>
        <w:gridCol w:w="5234"/>
      </w:tblGrid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1. पारिवारिक पृष्ठभूमि</w:t>
              <w:br/>
              <w:t>(Family Info)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परिवार का प्रकार (Family Type):  [  ] संयुक्त (Joint Family)        [  ] एकल (Nuclear Family)        [  ] अन्य (Other)</w:t>
              <w:br/>
              <w:t>पारिवारिक मूल्य (Values):  [  ] पारंपरिक (Traditional)    [  ] मध्यममार्गी (Moderate)    [  ] उदार (Liberal)</w:t>
              <w:br/>
              <w:t>पारिवारिक स्थिति (Status):  [  ] मध्यम वर्गीय (Middle Class)    [  ] उच्च मध्यम (Upper Middle)    [  ] सम्पन्न (Affluent)</w:t>
              <w:br/>
              <w:t>परिवार का संक्षिप्त परिचय (About Family):</w:t>
              <w:br/>
              <w:t>____________________________________________________________________________________________________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2. माता-पिता</w:t>
              <w:br/>
              <w:t>(Parents)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पिता का नाम (Father's Name): __________________________________________________   [  ] स्वर्गीय (Late)</w:t>
              <w:br/>
              <w:t>पिता का पेशा:  [  ] सरकारी सेवा   [  ] निजी क्षेत्र   [  ] व्यापार / व्यवसाय   [  ] किसान   [  ] सेवानिवृत्त   [  ] अन्य: _________</w:t>
              <w:br/>
              <w:t>माता का नाम (Mother's Name): __________________________________________________   [  ] स्वर्गीया (Late)</w:t>
              <w:br/>
              <w:t>माता का पेशा:  [  ] गृहिणी (Homemaker)   [  ] शिक्षिका   [  ] सरकारी सेवा   [  ] निजी क्षेत्र   [  ] अन्य: 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3. भाई-बहन</w:t>
              <w:br/>
              <w:t>(Siblings)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कुल भाई (Brothers): [ 0 / 1 / 2 / 3 / 4+ ]   -&gt;  विवाहित भाई: [ _____ ]      अविवाहित भाई: [ _____ ]</w:t>
              <w:br/>
              <w:t>भाइयों के नाम व पेशा: __________________________________________________________________________________</w:t>
              <w:br/>
              <w:t>कुल बहनें (Sisters): [ 0 / 1 / 2 / 3 / 4+ ]    -&gt;  विवाहित बहनें: [ _____ ]     अविवाहित बहनें: [ _____ ]</w:t>
              <w:br/>
              <w:t>बहनों के नाम व पेशा: __________________________________________________________________________________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4. जाति व गोत्र</w:t>
              <w:br/>
              <w:t>(Caste / Gotra)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जाति (Caste): ___________________________ (उदा. राजपूत, ब्राह्मण, कायस्थ, भूमिहार, अग्रवाल, यादव, आदि)</w:t>
              <w:br/>
              <w:t>उप-जाति (Sub-Caste): ___________________________        गोत्र (Gotra): ___________________________</w:t>
              <w:br/>
              <w:t>ननिहाल का गोत्र (Nanihal Gotra - यदि ज्ञात हो): 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5. कुण्डली / मांगलिक</w:t>
              <w:br/>
              <w:t>(Horoscope)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जन्मपत्री / कुंडली (Horoscope):  [  ] उपलब्ध है (Available)      [  ] गुण मिलान अनिवार्य (Match Required)</w:t>
              <w:br/>
              <w:t>[  ] गुण मिलान आवश्यक नहीं (Not Required)      [  ] लागू नहीं (Not Applicable)</w:t>
              <w:br/>
              <w:t>मांगलिक स्थिति (Manglik):  [  ] नहीं (Non-Manglik)    [  ] हाँ (Manglik)    [  ] आंशिक (Anshik)    [  ] ज्ञात नहीं (Don't Know)</w:t>
              <w:br/>
              <w:t>राशि (Rashi): ____________________   नक्षत्र (Nakshatra): ____________________   गण / नाड़ी: 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6. जीवनशैली व आहार</w:t>
              <w:br/>
              <w:t>(Lifestyle)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आहार (Diet):  [  ] शुद्ध शाकाहारी (Pure Veg)   [  ] अंडा युक्त (Eggetarian)   [  ] मांसाहारी (Non-Veg)   [  ] जैन (Jain)</w:t>
              <w:br/>
              <w:t>धूम्रपान (Smoking):  [  ] नहीं (No)    [  ] कभी-कभार (Occasionally)        मद्यपान (Drinking):  [  ] नहीं (No)    [  ] सामाजिक (Social)</w:t>
              <w:br/>
              <w:t>शौक / रुचियाँ (Hobbies &amp; Interests): 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7. जीवनसाथी पसंद</w:t>
              <w:br/>
              <w:t>(Preferences)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आयु सीमा (Partner Age): [ _____ ] वर्ष से [ _____ ] वर्ष       ऊँचाई सीमा (Height): [ _____ ] से [ _____ ]</w:t>
              <w:br/>
              <w:t>न्यूनतम शिक्षा (Min Education): ___________________________  पेशा वरीयता (Preferred Career): ___________________________</w:t>
              <w:br/>
              <w:t>जाति वरीयता:  [  ] केवल सजातीय (Same Caste Only)      [  ] जाति बंधन नहीं (Caste No Bar)</w:t>
              <w:br/>
              <w:t>प्राथमिकता वाले शहर / राज्य (Preferred Locations): ____________________________________________________________</w:t>
              <w:br/>
              <w:t>अन्य विशेष अपेक्षाएँ (Other Expectations): 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8. संपर्क सूत्र</w:t>
              <w:br/>
              <w:t>(Contacts)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मुख्य संपर्क व्यक्ति (Contact Person): _________________________________  रिश्ता (Relation): _____________________</w:t>
              <w:br/>
              <w:t>प्राथमिक कॉलिंग मोबाइल (Calling Mobile):   +91 ___________________________________________________________</w:t>
              <w:br/>
              <w:t>व्हाट्सएप नंबर (WhatsApp Mobile):          +91 ___________________________________________________________</w:t>
              <w:br/>
              <w:t>वैकल्पिक नंबर / लैंडलाइन (Alt Contact):     +91 _____________________  ईमेल (Email): ___________________________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6EFE5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9. पहचान पत्र</w:t>
              <w:br/>
              <w:t>(ID Proof)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CFAF7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संलग्न पहचान पत्र:  [  ] आधार कार्ड (Aadhaar)    [  ] पैन कार्ड (PAN)    [  ] वोटर आईडी (Voter ID)    [  ] पासपोर्ट / DL</w:t>
              <w:br/>
              <w:t>पहचान पत्र संख्या (ID Number): ___________________________________   (कृपया छायाप्रति फॉर्म के साथ संलग्न करें)</w:t>
            </w:r>
          </w:p>
        </w:tc>
      </w:tr>
      <w:tr>
        <w:trPr>
          <w:cantSplit/>
        </w:trPr>
        <w:tc>
          <w:tcPr>
            <w:tcW w:type="dxa" w:w="2160"/>
            <w:tcMar>
              <w:top w:w="95" w:type="dxa"/>
              <w:bottom w:w="95" w:type="dxa"/>
              <w:left w:w="70" w:type="dxa"/>
              <w:right w:w="50" w:type="dxa"/>
            </w:tcMar>
            <w:shd w:fill="FAF6F0"/>
          </w:tcPr>
          <w:p>
            <w:pPr>
              <w:spacing w:before="0" w:after="0"/>
            </w:pPr>
            <w:r>
              <w:rPr>
                <w:rFonts w:ascii="Arial" w:hAnsi="Arial"/>
                <w:b/>
                <w:color w:val="580514"/>
                <w:sz w:val="17"/>
              </w:rPr>
              <w:t>10. घोषणा व दस्तखत</w:t>
              <w:br/>
              <w:t>(Declaration)</w:t>
            </w:r>
          </w:p>
        </w:tc>
        <w:tc>
          <w:tcPr>
            <w:tcW w:type="dxa" w:w="8309"/>
            <w:tcMar>
              <w:top w:w="95" w:type="dxa"/>
              <w:bottom w:w="95" w:type="dxa"/>
              <w:left w:w="80" w:type="dxa"/>
              <w:right w:w="60" w:type="dxa"/>
            </w:tcMar>
            <w:shd w:fill="FFFFFF"/>
          </w:tcPr>
          <w:p>
            <w:pPr>
              <w:spacing w:before="0" w:after="0" w:line="260" w:lineRule="exact"/>
            </w:pPr>
            <w:r>
              <w:rPr>
                <w:rFonts w:ascii="Arial" w:hAnsi="Arial"/>
                <w:color w:val="191919"/>
                <w:sz w:val="16"/>
              </w:rPr>
              <w:t>घोषणा: मैं प्रमाणित करता/करती हूँ कि इस प्रपत्र में दी गई सभी जानकारियाँ मेरी जानकारी के अनुसार सत्य एवं प्रामाणिक हैं।</w:t>
              <w:br/>
              <w:t>स्थान (Place): ___________________________           आवेदक / अभिभावक के हस्ताक्षर (Signature):</w:t>
              <w:br/>
              <w:t>दिनांक (Date):   _____ / _____ / 202___              _________________________________________________________</w:t>
            </w:r>
          </w:p>
        </w:tc>
      </w:tr>
    </w:tbl>
    <w:p>
      <w:pPr>
        <w:spacing w:before="8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98E3A"/>
          <w:bottom w:val="single" w:sz="4" w:space="0" w:color="B98E3A"/>
          <w:left w:val="single" w:sz="4" w:space="0" w:color="B98E3A"/>
          <w:right w:val="single" w:sz="4" w:space="0" w:color="B98E3A"/>
          <w:insideH w:val="single" w:sz="4" w:space="0" w:color="B98E3A"/>
          <w:insideV w:val="single" w:sz="4" w:space="0" w:color="B98E3A"/>
        </w:tblBorders>
      </w:tblPr>
      <w:tblGrid>
        <w:gridCol w:w="10469"/>
      </w:tblGrid>
      <w:tr>
        <w:tc>
          <w:tcPr>
            <w:tcW w:type="dxa" w:w="10469"/>
            <w:shd w:fill="EFE8DC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spacing w:before="0" w:after="0" w:line="220" w:lineRule="exact"/>
            </w:pPr>
            <w:r>
              <w:rPr>
                <w:rFonts w:ascii="Arial" w:hAnsi="Arial"/>
                <w:color w:val="191919"/>
                <w:sz w:val="15"/>
              </w:rPr>
              <w:t>केवल कार्यालयीन उपयोग हेतु (FOR OFFICE USE ONLY):  फॉर्म प्राप्तकर्ता: __________________ | प्राप्ति तिथि: ____/____/202___ | रसीद संख्या: __________________ | सत्यापन स्थिति (Verification): [  ] Verified (सत्यापित)   [  ] Pending (लंबित) | पोर्टल डाटा एंट्री ऑपरेटर हस्ताक्षर: __________________</w:t>
            </w:r>
          </w:p>
        </w:tc>
      </w:tr>
    </w:tbl>
    <w:sectPr w:rsidR="00FC693F" w:rsidRPr="0006063C" w:rsidSect="00034616">
      <w:pgSz w:w="11909" w:h="16834"/>
      <w:pgMar w:top="504" w:right="720" w:bottom="50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